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200"/>
        <w:gridCol w:w="7200"/>
      </w:tblGrid>
      <w:tr w:rsidR="00E141BF" w14:paraId="2E6CE32E" w14:textId="77777777">
        <w:trPr>
          <w:jc w:val="center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36D18876" w14:textId="77777777" w:rsidR="00E141BF" w:rsidRDefault="00000000">
            <w:r>
              <w:rPr>
                <w:b/>
                <w:color w:val="10355A"/>
                <w:sz w:val="36"/>
              </w:rPr>
              <w:t>Master Data Karyawan</w:t>
            </w:r>
          </w:p>
        </w:tc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14:paraId="1F6CDD27" w14:textId="6FF71703" w:rsidR="00E141BF" w:rsidRDefault="00C718A9">
            <w:pPr>
              <w:jc w:val="right"/>
            </w:pPr>
            <w:r>
              <w:rPr>
                <w:b/>
                <w:color w:val="2B2B2B"/>
                <w:sz w:val="80"/>
              </w:rPr>
              <w:t>To</w:t>
            </w:r>
            <w:r w:rsidR="00000000">
              <w:rPr>
                <w:b/>
                <w:color w:val="2B2B2B"/>
                <w:sz w:val="80"/>
              </w:rPr>
              <w:t>tal</w:t>
            </w:r>
          </w:p>
        </w:tc>
      </w:tr>
    </w:tbl>
    <w:p w14:paraId="22543687" w14:textId="77777777" w:rsidR="00E141BF" w:rsidRDefault="00E141BF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76"/>
        <w:gridCol w:w="1841"/>
        <w:gridCol w:w="1585"/>
        <w:gridCol w:w="1586"/>
        <w:gridCol w:w="1182"/>
        <w:gridCol w:w="1356"/>
        <w:gridCol w:w="3657"/>
        <w:gridCol w:w="1707"/>
      </w:tblGrid>
      <w:tr w:rsidR="00E141BF" w14:paraId="1F0094B5" w14:textId="77777777">
        <w:trPr>
          <w:jc w:val="center"/>
        </w:trPr>
        <w:tc>
          <w:tcPr>
            <w:tcW w:w="1296" w:type="dxa"/>
            <w:shd w:val="clear" w:color="auto" w:fill="4A86E8"/>
          </w:tcPr>
          <w:p w14:paraId="13BC9237" w14:textId="77777777" w:rsidR="00E141BF" w:rsidRDefault="00000000">
            <w:pPr>
              <w:jc w:val="center"/>
            </w:pPr>
            <w:r>
              <w:rPr>
                <w:b/>
                <w:color w:val="FFFFFF"/>
              </w:rPr>
              <w:t>Employee_ID</w:t>
            </w:r>
          </w:p>
        </w:tc>
        <w:tc>
          <w:tcPr>
            <w:tcW w:w="2160" w:type="dxa"/>
            <w:shd w:val="clear" w:color="auto" w:fill="4A86E8"/>
          </w:tcPr>
          <w:p w14:paraId="44421229" w14:textId="77777777" w:rsidR="00E141BF" w:rsidRDefault="00000000">
            <w:pPr>
              <w:jc w:val="center"/>
            </w:pPr>
            <w:r>
              <w:rPr>
                <w:b/>
                <w:color w:val="FFFFFF"/>
              </w:rPr>
              <w:t>Nama_Karyawan</w:t>
            </w:r>
          </w:p>
        </w:tc>
        <w:tc>
          <w:tcPr>
            <w:tcW w:w="1440" w:type="dxa"/>
            <w:shd w:val="clear" w:color="auto" w:fill="4A86E8"/>
          </w:tcPr>
          <w:p w14:paraId="35BF81FE" w14:textId="77777777" w:rsidR="00E141BF" w:rsidRDefault="00000000">
            <w:pPr>
              <w:jc w:val="center"/>
            </w:pPr>
            <w:r>
              <w:rPr>
                <w:b/>
                <w:color w:val="FFFFFF"/>
              </w:rPr>
              <w:t>Jenis_Kelamin</w:t>
            </w:r>
          </w:p>
        </w:tc>
        <w:tc>
          <w:tcPr>
            <w:tcW w:w="1584" w:type="dxa"/>
            <w:shd w:val="clear" w:color="auto" w:fill="4A86E8"/>
          </w:tcPr>
          <w:p w14:paraId="0EEAB19D" w14:textId="77777777" w:rsidR="00E141BF" w:rsidRDefault="00000000">
            <w:pPr>
              <w:jc w:val="center"/>
            </w:pPr>
            <w:r>
              <w:rPr>
                <w:b/>
                <w:color w:val="FFFFFF"/>
              </w:rPr>
              <w:t>Tanggal_Lahir</w:t>
            </w:r>
          </w:p>
        </w:tc>
        <w:tc>
          <w:tcPr>
            <w:tcW w:w="1296" w:type="dxa"/>
            <w:shd w:val="clear" w:color="auto" w:fill="4A86E8"/>
          </w:tcPr>
          <w:p w14:paraId="5CAC7A52" w14:textId="77777777" w:rsidR="00E141BF" w:rsidRDefault="00000000">
            <w:pPr>
              <w:jc w:val="center"/>
            </w:pPr>
            <w:r>
              <w:rPr>
                <w:b/>
                <w:color w:val="FFFFFF"/>
              </w:rPr>
              <w:t>Domisili</w:t>
            </w:r>
          </w:p>
        </w:tc>
        <w:tc>
          <w:tcPr>
            <w:tcW w:w="1728" w:type="dxa"/>
            <w:shd w:val="clear" w:color="auto" w:fill="4A86E8"/>
          </w:tcPr>
          <w:p w14:paraId="5FDD9505" w14:textId="77777777" w:rsidR="00E141BF" w:rsidRDefault="00000000">
            <w:pPr>
              <w:jc w:val="center"/>
            </w:pPr>
            <w:r>
              <w:rPr>
                <w:b/>
                <w:color w:val="FFFFFF"/>
              </w:rPr>
              <w:t>No_Telepon</w:t>
            </w:r>
          </w:p>
        </w:tc>
        <w:tc>
          <w:tcPr>
            <w:tcW w:w="3600" w:type="dxa"/>
            <w:shd w:val="clear" w:color="auto" w:fill="4A86E8"/>
          </w:tcPr>
          <w:p w14:paraId="52AADCF9" w14:textId="77777777" w:rsidR="00E141BF" w:rsidRDefault="00000000">
            <w:pPr>
              <w:jc w:val="center"/>
            </w:pPr>
            <w:r>
              <w:rPr>
                <w:b/>
                <w:color w:val="FFFFFF"/>
              </w:rPr>
              <w:t>Email</w:t>
            </w:r>
          </w:p>
        </w:tc>
        <w:tc>
          <w:tcPr>
            <w:tcW w:w="1584" w:type="dxa"/>
            <w:shd w:val="clear" w:color="auto" w:fill="4A86E8"/>
          </w:tcPr>
          <w:p w14:paraId="7FEC1578" w14:textId="77777777" w:rsidR="00E141BF" w:rsidRDefault="00000000">
            <w:pPr>
              <w:jc w:val="center"/>
            </w:pPr>
            <w:r>
              <w:rPr>
                <w:b/>
                <w:color w:val="FFFFFF"/>
              </w:rPr>
              <w:t>Tanggal_Masuk</w:t>
            </w:r>
          </w:p>
        </w:tc>
      </w:tr>
      <w:tr w:rsidR="00E141BF" w14:paraId="5E14270C" w14:textId="77777777">
        <w:trPr>
          <w:jc w:val="center"/>
        </w:trPr>
        <w:tc>
          <w:tcPr>
            <w:tcW w:w="1296" w:type="dxa"/>
            <w:shd w:val="clear" w:color="auto" w:fill="FFFFFF"/>
          </w:tcPr>
          <w:p w14:paraId="74559DD2" w14:textId="77777777" w:rsidR="00E141BF" w:rsidRDefault="00000000">
            <w:r>
              <w:rPr>
                <w:color w:val="38761D"/>
              </w:rPr>
              <w:t>EMP-001</w:t>
            </w:r>
          </w:p>
        </w:tc>
        <w:tc>
          <w:tcPr>
            <w:tcW w:w="2160" w:type="dxa"/>
            <w:shd w:val="clear" w:color="auto" w:fill="FFFFFF"/>
          </w:tcPr>
          <w:p w14:paraId="139478BA" w14:textId="77777777" w:rsidR="00E141BF" w:rsidRDefault="00000000">
            <w:r>
              <w:t>Andi Saputra</w:t>
            </w:r>
          </w:p>
        </w:tc>
        <w:tc>
          <w:tcPr>
            <w:tcW w:w="1440" w:type="dxa"/>
            <w:shd w:val="clear" w:color="auto" w:fill="FFFFFF"/>
          </w:tcPr>
          <w:p w14:paraId="41E83FBA" w14:textId="77777777" w:rsidR="00E141BF" w:rsidRDefault="00000000">
            <w:r>
              <w:t>L</w:t>
            </w:r>
          </w:p>
        </w:tc>
        <w:tc>
          <w:tcPr>
            <w:tcW w:w="1584" w:type="dxa"/>
            <w:shd w:val="clear" w:color="auto" w:fill="FFFFFF"/>
          </w:tcPr>
          <w:p w14:paraId="05E19957" w14:textId="77777777" w:rsidR="00E141BF" w:rsidRDefault="00000000">
            <w:pPr>
              <w:jc w:val="right"/>
            </w:pPr>
            <w:r>
              <w:t>15 Apr 1992</w:t>
            </w:r>
          </w:p>
        </w:tc>
        <w:tc>
          <w:tcPr>
            <w:tcW w:w="1296" w:type="dxa"/>
            <w:shd w:val="clear" w:color="auto" w:fill="FFFFFF"/>
          </w:tcPr>
          <w:p w14:paraId="3AC45F1F" w14:textId="77777777" w:rsidR="00E141BF" w:rsidRDefault="00000000">
            <w:r>
              <w:t>Jakarta</w:t>
            </w:r>
          </w:p>
        </w:tc>
        <w:tc>
          <w:tcPr>
            <w:tcW w:w="1728" w:type="dxa"/>
            <w:shd w:val="clear" w:color="auto" w:fill="FFFFFF"/>
          </w:tcPr>
          <w:p w14:paraId="1A81EACD" w14:textId="77777777" w:rsidR="00E141BF" w:rsidRDefault="00000000">
            <w:pPr>
              <w:jc w:val="right"/>
            </w:pPr>
            <w:r>
              <w:t>0812-8800-1101</w:t>
            </w:r>
          </w:p>
        </w:tc>
        <w:tc>
          <w:tcPr>
            <w:tcW w:w="3600" w:type="dxa"/>
            <w:shd w:val="clear" w:color="auto" w:fill="FFFFFF"/>
          </w:tcPr>
          <w:p w14:paraId="05197957" w14:textId="77777777" w:rsidR="00E141BF" w:rsidRDefault="00000000">
            <w:r>
              <w:t>andi.saputra@nusantaradigital.co.id</w:t>
            </w:r>
          </w:p>
        </w:tc>
        <w:tc>
          <w:tcPr>
            <w:tcW w:w="1584" w:type="dxa"/>
            <w:shd w:val="clear" w:color="auto" w:fill="FFFFFF"/>
          </w:tcPr>
          <w:p w14:paraId="3D50C14B" w14:textId="77777777" w:rsidR="00E141BF" w:rsidRDefault="00000000">
            <w:pPr>
              <w:jc w:val="right"/>
            </w:pPr>
            <w:r>
              <w:t>01 Feb 2021</w:t>
            </w:r>
          </w:p>
        </w:tc>
      </w:tr>
      <w:tr w:rsidR="00E141BF" w14:paraId="01C25E83" w14:textId="77777777">
        <w:trPr>
          <w:jc w:val="center"/>
        </w:trPr>
        <w:tc>
          <w:tcPr>
            <w:tcW w:w="1296" w:type="dxa"/>
            <w:shd w:val="clear" w:color="auto" w:fill="EEF3FC"/>
          </w:tcPr>
          <w:p w14:paraId="462AD82B" w14:textId="77777777" w:rsidR="00E141BF" w:rsidRDefault="00000000">
            <w:r>
              <w:rPr>
                <w:color w:val="38761D"/>
              </w:rPr>
              <w:t>EMP-002</w:t>
            </w:r>
          </w:p>
        </w:tc>
        <w:tc>
          <w:tcPr>
            <w:tcW w:w="2160" w:type="dxa"/>
            <w:shd w:val="clear" w:color="auto" w:fill="EEF3FC"/>
          </w:tcPr>
          <w:p w14:paraId="74B3B72B" w14:textId="77777777" w:rsidR="00E141BF" w:rsidRDefault="00000000">
            <w:r>
              <w:t>Siti Rahmawati</w:t>
            </w:r>
          </w:p>
        </w:tc>
        <w:tc>
          <w:tcPr>
            <w:tcW w:w="1440" w:type="dxa"/>
            <w:shd w:val="clear" w:color="auto" w:fill="EEF3FC"/>
          </w:tcPr>
          <w:p w14:paraId="2D86ECC0" w14:textId="77777777" w:rsidR="00E141BF" w:rsidRDefault="00000000">
            <w:r>
              <w:t>P</w:t>
            </w:r>
          </w:p>
        </w:tc>
        <w:tc>
          <w:tcPr>
            <w:tcW w:w="1584" w:type="dxa"/>
            <w:shd w:val="clear" w:color="auto" w:fill="EEF3FC"/>
          </w:tcPr>
          <w:p w14:paraId="2C354C9B" w14:textId="77777777" w:rsidR="00E141BF" w:rsidRDefault="00000000">
            <w:pPr>
              <w:jc w:val="right"/>
            </w:pPr>
            <w:r>
              <w:t>08 Sep 1995</w:t>
            </w:r>
          </w:p>
        </w:tc>
        <w:tc>
          <w:tcPr>
            <w:tcW w:w="1296" w:type="dxa"/>
            <w:shd w:val="clear" w:color="auto" w:fill="EEF3FC"/>
          </w:tcPr>
          <w:p w14:paraId="13C89B65" w14:textId="77777777" w:rsidR="00E141BF" w:rsidRDefault="00000000">
            <w:r>
              <w:t>Bekasi</w:t>
            </w:r>
          </w:p>
        </w:tc>
        <w:tc>
          <w:tcPr>
            <w:tcW w:w="1728" w:type="dxa"/>
            <w:shd w:val="clear" w:color="auto" w:fill="EEF3FC"/>
          </w:tcPr>
          <w:p w14:paraId="11FE374E" w14:textId="77777777" w:rsidR="00E141BF" w:rsidRDefault="00000000">
            <w:pPr>
              <w:jc w:val="right"/>
            </w:pPr>
            <w:r>
              <w:t>0812-8800-1102</w:t>
            </w:r>
          </w:p>
        </w:tc>
        <w:tc>
          <w:tcPr>
            <w:tcW w:w="3600" w:type="dxa"/>
            <w:shd w:val="clear" w:color="auto" w:fill="EEF3FC"/>
          </w:tcPr>
          <w:p w14:paraId="609C54FF" w14:textId="77777777" w:rsidR="00E141BF" w:rsidRDefault="00000000">
            <w:r>
              <w:t>siti.rahmawati@nusantaradigital.co.id</w:t>
            </w:r>
          </w:p>
        </w:tc>
        <w:tc>
          <w:tcPr>
            <w:tcW w:w="1584" w:type="dxa"/>
            <w:shd w:val="clear" w:color="auto" w:fill="EEF3FC"/>
          </w:tcPr>
          <w:p w14:paraId="6875942D" w14:textId="77777777" w:rsidR="00E141BF" w:rsidRDefault="00000000">
            <w:pPr>
              <w:jc w:val="right"/>
            </w:pPr>
            <w:r>
              <w:t>16 May 2022</w:t>
            </w:r>
          </w:p>
        </w:tc>
      </w:tr>
      <w:tr w:rsidR="00E141BF" w14:paraId="2C520A45" w14:textId="77777777">
        <w:trPr>
          <w:jc w:val="center"/>
        </w:trPr>
        <w:tc>
          <w:tcPr>
            <w:tcW w:w="1296" w:type="dxa"/>
            <w:shd w:val="clear" w:color="auto" w:fill="FFFFFF"/>
          </w:tcPr>
          <w:p w14:paraId="18B08B1A" w14:textId="77777777" w:rsidR="00E141BF" w:rsidRDefault="00000000">
            <w:r>
              <w:rPr>
                <w:color w:val="38761D"/>
              </w:rPr>
              <w:t>EMP-003</w:t>
            </w:r>
          </w:p>
        </w:tc>
        <w:tc>
          <w:tcPr>
            <w:tcW w:w="2160" w:type="dxa"/>
            <w:shd w:val="clear" w:color="auto" w:fill="FFFFFF"/>
          </w:tcPr>
          <w:p w14:paraId="47D5312D" w14:textId="77777777" w:rsidR="00E141BF" w:rsidRDefault="00000000">
            <w:r>
              <w:t>Budi Prasetyo</w:t>
            </w:r>
          </w:p>
        </w:tc>
        <w:tc>
          <w:tcPr>
            <w:tcW w:w="1440" w:type="dxa"/>
            <w:shd w:val="clear" w:color="auto" w:fill="FFFFFF"/>
          </w:tcPr>
          <w:p w14:paraId="58CC55D3" w14:textId="77777777" w:rsidR="00E141BF" w:rsidRDefault="00000000">
            <w:r>
              <w:t>L</w:t>
            </w:r>
          </w:p>
        </w:tc>
        <w:tc>
          <w:tcPr>
            <w:tcW w:w="1584" w:type="dxa"/>
            <w:shd w:val="clear" w:color="auto" w:fill="FFFFFF"/>
          </w:tcPr>
          <w:p w14:paraId="32056E9F" w14:textId="77777777" w:rsidR="00E141BF" w:rsidRDefault="00000000">
            <w:pPr>
              <w:jc w:val="right"/>
            </w:pPr>
            <w:r>
              <w:t>27 Nov 1989</w:t>
            </w:r>
          </w:p>
        </w:tc>
        <w:tc>
          <w:tcPr>
            <w:tcW w:w="1296" w:type="dxa"/>
            <w:shd w:val="clear" w:color="auto" w:fill="FFFFFF"/>
          </w:tcPr>
          <w:p w14:paraId="1571A3FA" w14:textId="77777777" w:rsidR="00E141BF" w:rsidRDefault="00000000">
            <w:r>
              <w:t>Depok</w:t>
            </w:r>
          </w:p>
        </w:tc>
        <w:tc>
          <w:tcPr>
            <w:tcW w:w="1728" w:type="dxa"/>
            <w:shd w:val="clear" w:color="auto" w:fill="FFFFFF"/>
          </w:tcPr>
          <w:p w14:paraId="43AC7BF8" w14:textId="77777777" w:rsidR="00E141BF" w:rsidRDefault="00000000">
            <w:pPr>
              <w:jc w:val="right"/>
            </w:pPr>
            <w:r>
              <w:t>0812-8800-1103</w:t>
            </w:r>
          </w:p>
        </w:tc>
        <w:tc>
          <w:tcPr>
            <w:tcW w:w="3600" w:type="dxa"/>
            <w:shd w:val="clear" w:color="auto" w:fill="FFFFFF"/>
          </w:tcPr>
          <w:p w14:paraId="4B1CC43E" w14:textId="77777777" w:rsidR="00E141BF" w:rsidRDefault="00000000">
            <w:r>
              <w:t>budi.prasetyo@nusantaradigital.co.id</w:t>
            </w:r>
          </w:p>
        </w:tc>
        <w:tc>
          <w:tcPr>
            <w:tcW w:w="1584" w:type="dxa"/>
            <w:shd w:val="clear" w:color="auto" w:fill="FFFFFF"/>
          </w:tcPr>
          <w:p w14:paraId="29A14EA0" w14:textId="77777777" w:rsidR="00E141BF" w:rsidRDefault="00000000">
            <w:pPr>
              <w:jc w:val="right"/>
            </w:pPr>
            <w:r>
              <w:t>10 Aug 2020</w:t>
            </w:r>
          </w:p>
        </w:tc>
      </w:tr>
      <w:tr w:rsidR="00E141BF" w14:paraId="20D59D2F" w14:textId="77777777">
        <w:trPr>
          <w:jc w:val="center"/>
        </w:trPr>
        <w:tc>
          <w:tcPr>
            <w:tcW w:w="1296" w:type="dxa"/>
            <w:shd w:val="clear" w:color="auto" w:fill="EEF3FC"/>
          </w:tcPr>
          <w:p w14:paraId="6260D11B" w14:textId="77777777" w:rsidR="00E141BF" w:rsidRDefault="00000000">
            <w:r>
              <w:rPr>
                <w:color w:val="38761D"/>
              </w:rPr>
              <w:t>EMP-004</w:t>
            </w:r>
          </w:p>
        </w:tc>
        <w:tc>
          <w:tcPr>
            <w:tcW w:w="2160" w:type="dxa"/>
            <w:shd w:val="clear" w:color="auto" w:fill="EEF3FC"/>
          </w:tcPr>
          <w:p w14:paraId="3742E30F" w14:textId="77777777" w:rsidR="00E141BF" w:rsidRDefault="00000000">
            <w:r>
              <w:t>Nadia Permata</w:t>
            </w:r>
          </w:p>
        </w:tc>
        <w:tc>
          <w:tcPr>
            <w:tcW w:w="1440" w:type="dxa"/>
            <w:shd w:val="clear" w:color="auto" w:fill="EEF3FC"/>
          </w:tcPr>
          <w:p w14:paraId="1C0D7FA8" w14:textId="77777777" w:rsidR="00E141BF" w:rsidRDefault="00000000">
            <w:r>
              <w:t>P</w:t>
            </w:r>
          </w:p>
        </w:tc>
        <w:tc>
          <w:tcPr>
            <w:tcW w:w="1584" w:type="dxa"/>
            <w:shd w:val="clear" w:color="auto" w:fill="EEF3FC"/>
          </w:tcPr>
          <w:p w14:paraId="4CE71544" w14:textId="77777777" w:rsidR="00E141BF" w:rsidRDefault="00000000">
            <w:pPr>
              <w:jc w:val="right"/>
            </w:pPr>
            <w:r>
              <w:t>12 Jan 1996</w:t>
            </w:r>
          </w:p>
        </w:tc>
        <w:tc>
          <w:tcPr>
            <w:tcW w:w="1296" w:type="dxa"/>
            <w:shd w:val="clear" w:color="auto" w:fill="EEF3FC"/>
          </w:tcPr>
          <w:p w14:paraId="5827A53F" w14:textId="77777777" w:rsidR="00E141BF" w:rsidRDefault="00000000">
            <w:r>
              <w:t>Tangerang</w:t>
            </w:r>
          </w:p>
        </w:tc>
        <w:tc>
          <w:tcPr>
            <w:tcW w:w="1728" w:type="dxa"/>
            <w:shd w:val="clear" w:color="auto" w:fill="EEF3FC"/>
          </w:tcPr>
          <w:p w14:paraId="03FB5009" w14:textId="77777777" w:rsidR="00E141BF" w:rsidRDefault="00000000">
            <w:pPr>
              <w:jc w:val="right"/>
            </w:pPr>
            <w:r>
              <w:t>0812-8800-1104</w:t>
            </w:r>
          </w:p>
        </w:tc>
        <w:tc>
          <w:tcPr>
            <w:tcW w:w="3600" w:type="dxa"/>
            <w:shd w:val="clear" w:color="auto" w:fill="EEF3FC"/>
          </w:tcPr>
          <w:p w14:paraId="5B3A1D32" w14:textId="77777777" w:rsidR="00E141BF" w:rsidRDefault="00000000">
            <w:r>
              <w:t>nadia.permata@nusantaradigital.co.id</w:t>
            </w:r>
          </w:p>
        </w:tc>
        <w:tc>
          <w:tcPr>
            <w:tcW w:w="1584" w:type="dxa"/>
            <w:shd w:val="clear" w:color="auto" w:fill="EEF3FC"/>
          </w:tcPr>
          <w:p w14:paraId="5F7EDC48" w14:textId="77777777" w:rsidR="00E141BF" w:rsidRDefault="00000000">
            <w:pPr>
              <w:jc w:val="right"/>
            </w:pPr>
            <w:r>
              <w:t>09 Jan 2023</w:t>
            </w:r>
          </w:p>
        </w:tc>
      </w:tr>
      <w:tr w:rsidR="00E141BF" w14:paraId="0F7D09C1" w14:textId="77777777">
        <w:trPr>
          <w:jc w:val="center"/>
        </w:trPr>
        <w:tc>
          <w:tcPr>
            <w:tcW w:w="1296" w:type="dxa"/>
            <w:shd w:val="clear" w:color="auto" w:fill="FFFFFF"/>
          </w:tcPr>
          <w:p w14:paraId="3DFBE48C" w14:textId="77777777" w:rsidR="00E141BF" w:rsidRDefault="00000000">
            <w:r>
              <w:rPr>
                <w:color w:val="38761D"/>
              </w:rPr>
              <w:t>EMP-005</w:t>
            </w:r>
          </w:p>
        </w:tc>
        <w:tc>
          <w:tcPr>
            <w:tcW w:w="2160" w:type="dxa"/>
            <w:shd w:val="clear" w:color="auto" w:fill="FFFFFF"/>
          </w:tcPr>
          <w:p w14:paraId="037BABD9" w14:textId="77777777" w:rsidR="00E141BF" w:rsidRDefault="00000000">
            <w:r>
              <w:t>Rizky Maulana</w:t>
            </w:r>
          </w:p>
        </w:tc>
        <w:tc>
          <w:tcPr>
            <w:tcW w:w="1440" w:type="dxa"/>
            <w:shd w:val="clear" w:color="auto" w:fill="FFFFFF"/>
          </w:tcPr>
          <w:p w14:paraId="3A7C6745" w14:textId="77777777" w:rsidR="00E141BF" w:rsidRDefault="00000000">
            <w:r>
              <w:t>L</w:t>
            </w:r>
          </w:p>
        </w:tc>
        <w:tc>
          <w:tcPr>
            <w:tcW w:w="1584" w:type="dxa"/>
            <w:shd w:val="clear" w:color="auto" w:fill="FFFFFF"/>
          </w:tcPr>
          <w:p w14:paraId="519287D3" w14:textId="77777777" w:rsidR="00E141BF" w:rsidRDefault="00000000">
            <w:pPr>
              <w:jc w:val="right"/>
            </w:pPr>
            <w:r>
              <w:t>20 Jun 1998</w:t>
            </w:r>
          </w:p>
        </w:tc>
        <w:tc>
          <w:tcPr>
            <w:tcW w:w="1296" w:type="dxa"/>
            <w:shd w:val="clear" w:color="auto" w:fill="FFFFFF"/>
          </w:tcPr>
          <w:p w14:paraId="7D71879C" w14:textId="77777777" w:rsidR="00E141BF" w:rsidRDefault="00000000">
            <w:r>
              <w:t>Bandung</w:t>
            </w:r>
          </w:p>
        </w:tc>
        <w:tc>
          <w:tcPr>
            <w:tcW w:w="1728" w:type="dxa"/>
            <w:shd w:val="clear" w:color="auto" w:fill="FFFFFF"/>
          </w:tcPr>
          <w:p w14:paraId="076C6356" w14:textId="77777777" w:rsidR="00E141BF" w:rsidRDefault="00000000">
            <w:pPr>
              <w:jc w:val="right"/>
            </w:pPr>
            <w:r>
              <w:t>0812-8800-1105</w:t>
            </w:r>
          </w:p>
        </w:tc>
        <w:tc>
          <w:tcPr>
            <w:tcW w:w="3600" w:type="dxa"/>
            <w:shd w:val="clear" w:color="auto" w:fill="FFFFFF"/>
          </w:tcPr>
          <w:p w14:paraId="642B90DD" w14:textId="77777777" w:rsidR="00E141BF" w:rsidRDefault="00000000">
            <w:r>
              <w:t>rizky.maulana@nusantaradigital.co.id</w:t>
            </w:r>
          </w:p>
        </w:tc>
        <w:tc>
          <w:tcPr>
            <w:tcW w:w="1584" w:type="dxa"/>
            <w:shd w:val="clear" w:color="auto" w:fill="FFFFFF"/>
          </w:tcPr>
          <w:p w14:paraId="76615815" w14:textId="77777777" w:rsidR="00E141BF" w:rsidRDefault="00000000">
            <w:pPr>
              <w:jc w:val="right"/>
            </w:pPr>
            <w:r>
              <w:t>18 Mar 2024</w:t>
            </w:r>
          </w:p>
        </w:tc>
      </w:tr>
      <w:tr w:rsidR="00E141BF" w14:paraId="2B163F92" w14:textId="77777777">
        <w:trPr>
          <w:jc w:val="center"/>
        </w:trPr>
        <w:tc>
          <w:tcPr>
            <w:tcW w:w="1296" w:type="dxa"/>
            <w:shd w:val="clear" w:color="auto" w:fill="EEF3FC"/>
          </w:tcPr>
          <w:p w14:paraId="4AEBE8C9" w14:textId="77777777" w:rsidR="00E141BF" w:rsidRDefault="00000000">
            <w:r>
              <w:rPr>
                <w:color w:val="38761D"/>
              </w:rPr>
              <w:t>EMP-006</w:t>
            </w:r>
          </w:p>
        </w:tc>
        <w:tc>
          <w:tcPr>
            <w:tcW w:w="2160" w:type="dxa"/>
            <w:shd w:val="clear" w:color="auto" w:fill="EEF3FC"/>
          </w:tcPr>
          <w:p w14:paraId="574E3F49" w14:textId="77777777" w:rsidR="00E141BF" w:rsidRDefault="00000000">
            <w:r>
              <w:t>Maya Kurnia</w:t>
            </w:r>
          </w:p>
        </w:tc>
        <w:tc>
          <w:tcPr>
            <w:tcW w:w="1440" w:type="dxa"/>
            <w:shd w:val="clear" w:color="auto" w:fill="EEF3FC"/>
          </w:tcPr>
          <w:p w14:paraId="6FDEAC4F" w14:textId="77777777" w:rsidR="00E141BF" w:rsidRDefault="00000000">
            <w:r>
              <w:t>P</w:t>
            </w:r>
          </w:p>
        </w:tc>
        <w:tc>
          <w:tcPr>
            <w:tcW w:w="1584" w:type="dxa"/>
            <w:shd w:val="clear" w:color="auto" w:fill="EEF3FC"/>
          </w:tcPr>
          <w:p w14:paraId="4C8535E7" w14:textId="77777777" w:rsidR="00E141BF" w:rsidRDefault="00000000">
            <w:pPr>
              <w:jc w:val="right"/>
            </w:pPr>
            <w:r>
              <w:t>05 Mar 1991</w:t>
            </w:r>
          </w:p>
        </w:tc>
        <w:tc>
          <w:tcPr>
            <w:tcW w:w="1296" w:type="dxa"/>
            <w:shd w:val="clear" w:color="auto" w:fill="EEF3FC"/>
          </w:tcPr>
          <w:p w14:paraId="2D71CBA4" w14:textId="77777777" w:rsidR="00E141BF" w:rsidRDefault="00000000">
            <w:r>
              <w:t>Bandung</w:t>
            </w:r>
          </w:p>
        </w:tc>
        <w:tc>
          <w:tcPr>
            <w:tcW w:w="1728" w:type="dxa"/>
            <w:shd w:val="clear" w:color="auto" w:fill="EEF3FC"/>
          </w:tcPr>
          <w:p w14:paraId="019E1B90" w14:textId="77777777" w:rsidR="00E141BF" w:rsidRDefault="00000000">
            <w:pPr>
              <w:jc w:val="right"/>
            </w:pPr>
            <w:r>
              <w:t>0812-8800-1106</w:t>
            </w:r>
          </w:p>
        </w:tc>
        <w:tc>
          <w:tcPr>
            <w:tcW w:w="3600" w:type="dxa"/>
            <w:shd w:val="clear" w:color="auto" w:fill="EEF3FC"/>
          </w:tcPr>
          <w:p w14:paraId="299413A5" w14:textId="77777777" w:rsidR="00E141BF" w:rsidRDefault="00000000">
            <w:r>
              <w:t>maya.kurnia@nusantaradigital.co.id</w:t>
            </w:r>
          </w:p>
        </w:tc>
        <w:tc>
          <w:tcPr>
            <w:tcW w:w="1584" w:type="dxa"/>
            <w:shd w:val="clear" w:color="auto" w:fill="EEF3FC"/>
          </w:tcPr>
          <w:p w14:paraId="30C25A7D" w14:textId="77777777" w:rsidR="00E141BF" w:rsidRDefault="00000000">
            <w:pPr>
              <w:jc w:val="right"/>
            </w:pPr>
            <w:r>
              <w:t>01 Jul 2019</w:t>
            </w:r>
          </w:p>
        </w:tc>
      </w:tr>
      <w:tr w:rsidR="00E141BF" w14:paraId="7258AD1C" w14:textId="77777777">
        <w:trPr>
          <w:jc w:val="center"/>
        </w:trPr>
        <w:tc>
          <w:tcPr>
            <w:tcW w:w="1296" w:type="dxa"/>
            <w:shd w:val="clear" w:color="auto" w:fill="FFFFFF"/>
          </w:tcPr>
          <w:p w14:paraId="0F91912E" w14:textId="77777777" w:rsidR="00E141BF" w:rsidRDefault="00000000">
            <w:r>
              <w:rPr>
                <w:color w:val="38761D"/>
              </w:rPr>
              <w:t>EMP-007</w:t>
            </w:r>
          </w:p>
        </w:tc>
        <w:tc>
          <w:tcPr>
            <w:tcW w:w="2160" w:type="dxa"/>
            <w:shd w:val="clear" w:color="auto" w:fill="FFFFFF"/>
          </w:tcPr>
          <w:p w14:paraId="5E7B5854" w14:textId="77777777" w:rsidR="00E141BF" w:rsidRDefault="00000000">
            <w:r>
              <w:t>Dewi Lestari</w:t>
            </w:r>
          </w:p>
        </w:tc>
        <w:tc>
          <w:tcPr>
            <w:tcW w:w="1440" w:type="dxa"/>
            <w:shd w:val="clear" w:color="auto" w:fill="FFFFFF"/>
          </w:tcPr>
          <w:p w14:paraId="3CF88311" w14:textId="77777777" w:rsidR="00E141BF" w:rsidRDefault="00000000">
            <w:r>
              <w:t>P</w:t>
            </w:r>
          </w:p>
        </w:tc>
        <w:tc>
          <w:tcPr>
            <w:tcW w:w="1584" w:type="dxa"/>
            <w:shd w:val="clear" w:color="auto" w:fill="FFFFFF"/>
          </w:tcPr>
          <w:p w14:paraId="24C8FE97" w14:textId="77777777" w:rsidR="00E141BF" w:rsidRDefault="00000000">
            <w:pPr>
              <w:jc w:val="right"/>
            </w:pPr>
            <w:r>
              <w:t>02 Dec 1988</w:t>
            </w:r>
          </w:p>
        </w:tc>
        <w:tc>
          <w:tcPr>
            <w:tcW w:w="1296" w:type="dxa"/>
            <w:shd w:val="clear" w:color="auto" w:fill="FFFFFF"/>
          </w:tcPr>
          <w:p w14:paraId="4DDBB169" w14:textId="77777777" w:rsidR="00E141BF" w:rsidRDefault="00000000">
            <w:r>
              <w:t>Jakarta</w:t>
            </w:r>
          </w:p>
        </w:tc>
        <w:tc>
          <w:tcPr>
            <w:tcW w:w="1728" w:type="dxa"/>
            <w:shd w:val="clear" w:color="auto" w:fill="FFFFFF"/>
          </w:tcPr>
          <w:p w14:paraId="0031D8B9" w14:textId="77777777" w:rsidR="00E141BF" w:rsidRDefault="00000000">
            <w:pPr>
              <w:jc w:val="right"/>
            </w:pPr>
            <w:r>
              <w:t>0812-8800-1107</w:t>
            </w:r>
          </w:p>
        </w:tc>
        <w:tc>
          <w:tcPr>
            <w:tcW w:w="3600" w:type="dxa"/>
            <w:shd w:val="clear" w:color="auto" w:fill="FFFFFF"/>
          </w:tcPr>
          <w:p w14:paraId="1353E0F0" w14:textId="77777777" w:rsidR="00E141BF" w:rsidRDefault="00000000">
            <w:r>
              <w:t>dewi.lestari@nusantaradigital.co.id</w:t>
            </w:r>
          </w:p>
        </w:tc>
        <w:tc>
          <w:tcPr>
            <w:tcW w:w="1584" w:type="dxa"/>
            <w:shd w:val="clear" w:color="auto" w:fill="FFFFFF"/>
          </w:tcPr>
          <w:p w14:paraId="13E925B8" w14:textId="77777777" w:rsidR="00E141BF" w:rsidRDefault="00000000">
            <w:pPr>
              <w:jc w:val="right"/>
            </w:pPr>
            <w:r>
              <w:t>12 Nov 2018</w:t>
            </w:r>
          </w:p>
        </w:tc>
      </w:tr>
      <w:tr w:rsidR="00E141BF" w14:paraId="53F7B68A" w14:textId="77777777">
        <w:trPr>
          <w:jc w:val="center"/>
        </w:trPr>
        <w:tc>
          <w:tcPr>
            <w:tcW w:w="1296" w:type="dxa"/>
            <w:shd w:val="clear" w:color="auto" w:fill="EEF3FC"/>
          </w:tcPr>
          <w:p w14:paraId="4EF5F015" w14:textId="77777777" w:rsidR="00E141BF" w:rsidRDefault="00000000">
            <w:r>
              <w:rPr>
                <w:color w:val="38761D"/>
              </w:rPr>
              <w:t>EMP-008</w:t>
            </w:r>
          </w:p>
        </w:tc>
        <w:tc>
          <w:tcPr>
            <w:tcW w:w="2160" w:type="dxa"/>
            <w:shd w:val="clear" w:color="auto" w:fill="EEF3FC"/>
          </w:tcPr>
          <w:p w14:paraId="4C082AAC" w14:textId="77777777" w:rsidR="00E141BF" w:rsidRDefault="00000000">
            <w:r>
              <w:t>Arif Nugroho</w:t>
            </w:r>
          </w:p>
        </w:tc>
        <w:tc>
          <w:tcPr>
            <w:tcW w:w="1440" w:type="dxa"/>
            <w:shd w:val="clear" w:color="auto" w:fill="EEF3FC"/>
          </w:tcPr>
          <w:p w14:paraId="7059E88A" w14:textId="77777777" w:rsidR="00E141BF" w:rsidRDefault="00000000">
            <w:r>
              <w:t>L</w:t>
            </w:r>
          </w:p>
        </w:tc>
        <w:tc>
          <w:tcPr>
            <w:tcW w:w="1584" w:type="dxa"/>
            <w:shd w:val="clear" w:color="auto" w:fill="EEF3FC"/>
          </w:tcPr>
          <w:p w14:paraId="443AF117" w14:textId="77777777" w:rsidR="00E141BF" w:rsidRDefault="00000000">
            <w:pPr>
              <w:jc w:val="right"/>
            </w:pPr>
            <w:r>
              <w:t>14 Jul 1987</w:t>
            </w:r>
          </w:p>
        </w:tc>
        <w:tc>
          <w:tcPr>
            <w:tcW w:w="1296" w:type="dxa"/>
            <w:shd w:val="clear" w:color="auto" w:fill="EEF3FC"/>
          </w:tcPr>
          <w:p w14:paraId="243FDC0B" w14:textId="77777777" w:rsidR="00E141BF" w:rsidRDefault="00000000">
            <w:r>
              <w:t>Jakarta</w:t>
            </w:r>
          </w:p>
        </w:tc>
        <w:tc>
          <w:tcPr>
            <w:tcW w:w="1728" w:type="dxa"/>
            <w:shd w:val="clear" w:color="auto" w:fill="EEF3FC"/>
          </w:tcPr>
          <w:p w14:paraId="40E95FEC" w14:textId="77777777" w:rsidR="00E141BF" w:rsidRDefault="00000000">
            <w:pPr>
              <w:jc w:val="right"/>
            </w:pPr>
            <w:r>
              <w:t>0812-8800-1108</w:t>
            </w:r>
          </w:p>
        </w:tc>
        <w:tc>
          <w:tcPr>
            <w:tcW w:w="3600" w:type="dxa"/>
            <w:shd w:val="clear" w:color="auto" w:fill="EEF3FC"/>
          </w:tcPr>
          <w:p w14:paraId="5411B6FA" w14:textId="77777777" w:rsidR="00E141BF" w:rsidRDefault="00000000">
            <w:r>
              <w:t>arif.nugroho@nusantaradigital.co.id</w:t>
            </w:r>
          </w:p>
        </w:tc>
        <w:tc>
          <w:tcPr>
            <w:tcW w:w="1584" w:type="dxa"/>
            <w:shd w:val="clear" w:color="auto" w:fill="EEF3FC"/>
          </w:tcPr>
          <w:p w14:paraId="46A57148" w14:textId="77777777" w:rsidR="00E141BF" w:rsidRDefault="00000000">
            <w:pPr>
              <w:jc w:val="right"/>
            </w:pPr>
            <w:r>
              <w:t>03 Apr 2017</w:t>
            </w:r>
          </w:p>
        </w:tc>
      </w:tr>
      <w:tr w:rsidR="00E141BF" w14:paraId="2C2BAE43" w14:textId="77777777">
        <w:trPr>
          <w:jc w:val="center"/>
        </w:trPr>
        <w:tc>
          <w:tcPr>
            <w:tcW w:w="1296" w:type="dxa"/>
            <w:shd w:val="clear" w:color="auto" w:fill="FFFFFF"/>
          </w:tcPr>
          <w:p w14:paraId="6122AEBD" w14:textId="77777777" w:rsidR="00E141BF" w:rsidRDefault="00000000">
            <w:r>
              <w:rPr>
                <w:color w:val="38761D"/>
              </w:rPr>
              <w:t>EMP-009</w:t>
            </w:r>
          </w:p>
        </w:tc>
        <w:tc>
          <w:tcPr>
            <w:tcW w:w="2160" w:type="dxa"/>
            <w:shd w:val="clear" w:color="auto" w:fill="FFFFFF"/>
          </w:tcPr>
          <w:p w14:paraId="0A966400" w14:textId="77777777" w:rsidR="00E141BF" w:rsidRDefault="00000000">
            <w:r>
              <w:t>Clara Wijaya</w:t>
            </w:r>
          </w:p>
        </w:tc>
        <w:tc>
          <w:tcPr>
            <w:tcW w:w="1440" w:type="dxa"/>
            <w:shd w:val="clear" w:color="auto" w:fill="FFFFFF"/>
          </w:tcPr>
          <w:p w14:paraId="46871796" w14:textId="77777777" w:rsidR="00E141BF" w:rsidRDefault="00000000">
            <w:r>
              <w:t>P</w:t>
            </w:r>
          </w:p>
        </w:tc>
        <w:tc>
          <w:tcPr>
            <w:tcW w:w="1584" w:type="dxa"/>
            <w:shd w:val="clear" w:color="auto" w:fill="FFFFFF"/>
          </w:tcPr>
          <w:p w14:paraId="47A0A930" w14:textId="77777777" w:rsidR="00E141BF" w:rsidRDefault="00000000">
            <w:pPr>
              <w:jc w:val="right"/>
            </w:pPr>
            <w:r>
              <w:t>25 Oct 1999</w:t>
            </w:r>
          </w:p>
        </w:tc>
        <w:tc>
          <w:tcPr>
            <w:tcW w:w="1296" w:type="dxa"/>
            <w:shd w:val="clear" w:color="auto" w:fill="FFFFFF"/>
          </w:tcPr>
          <w:p w14:paraId="79876C27" w14:textId="77777777" w:rsidR="00E141BF" w:rsidRDefault="00000000">
            <w:r>
              <w:t>Surabaya</w:t>
            </w:r>
          </w:p>
        </w:tc>
        <w:tc>
          <w:tcPr>
            <w:tcW w:w="1728" w:type="dxa"/>
            <w:shd w:val="clear" w:color="auto" w:fill="FFFFFF"/>
          </w:tcPr>
          <w:p w14:paraId="5B4D0C94" w14:textId="77777777" w:rsidR="00E141BF" w:rsidRDefault="00000000">
            <w:pPr>
              <w:jc w:val="right"/>
            </w:pPr>
            <w:r>
              <w:t>0812-8800-1109</w:t>
            </w:r>
          </w:p>
        </w:tc>
        <w:tc>
          <w:tcPr>
            <w:tcW w:w="3600" w:type="dxa"/>
            <w:shd w:val="clear" w:color="auto" w:fill="FFFFFF"/>
          </w:tcPr>
          <w:p w14:paraId="35E85FB6" w14:textId="77777777" w:rsidR="00E141BF" w:rsidRDefault="00000000">
            <w:r>
              <w:t>clara.wijaya@nusantaradigital.co.id</w:t>
            </w:r>
          </w:p>
        </w:tc>
        <w:tc>
          <w:tcPr>
            <w:tcW w:w="1584" w:type="dxa"/>
            <w:shd w:val="clear" w:color="auto" w:fill="FFFFFF"/>
          </w:tcPr>
          <w:p w14:paraId="2EAC89B5" w14:textId="77777777" w:rsidR="00E141BF" w:rsidRDefault="00000000">
            <w:pPr>
              <w:jc w:val="right"/>
            </w:pPr>
            <w:r>
              <w:t>10 Jun 2024</w:t>
            </w:r>
          </w:p>
        </w:tc>
      </w:tr>
      <w:tr w:rsidR="00E141BF" w14:paraId="2A008542" w14:textId="77777777">
        <w:trPr>
          <w:jc w:val="center"/>
        </w:trPr>
        <w:tc>
          <w:tcPr>
            <w:tcW w:w="1296" w:type="dxa"/>
            <w:shd w:val="clear" w:color="auto" w:fill="EEF3FC"/>
          </w:tcPr>
          <w:p w14:paraId="22C8FB16" w14:textId="77777777" w:rsidR="00E141BF" w:rsidRDefault="00000000">
            <w:r>
              <w:rPr>
                <w:color w:val="38761D"/>
              </w:rPr>
              <w:t>EMP-010</w:t>
            </w:r>
          </w:p>
        </w:tc>
        <w:tc>
          <w:tcPr>
            <w:tcW w:w="2160" w:type="dxa"/>
            <w:shd w:val="clear" w:color="auto" w:fill="EEF3FC"/>
          </w:tcPr>
          <w:p w14:paraId="13553E0E" w14:textId="77777777" w:rsidR="00E141BF" w:rsidRDefault="00000000">
            <w:r>
              <w:t>Kevin Susanto</w:t>
            </w:r>
          </w:p>
        </w:tc>
        <w:tc>
          <w:tcPr>
            <w:tcW w:w="1440" w:type="dxa"/>
            <w:shd w:val="clear" w:color="auto" w:fill="EEF3FC"/>
          </w:tcPr>
          <w:p w14:paraId="483A685E" w14:textId="77777777" w:rsidR="00E141BF" w:rsidRDefault="00000000">
            <w:r>
              <w:t>L</w:t>
            </w:r>
          </w:p>
        </w:tc>
        <w:tc>
          <w:tcPr>
            <w:tcW w:w="1584" w:type="dxa"/>
            <w:shd w:val="clear" w:color="auto" w:fill="EEF3FC"/>
          </w:tcPr>
          <w:p w14:paraId="03C2AA5B" w14:textId="77777777" w:rsidR="00E141BF" w:rsidRDefault="00000000">
            <w:pPr>
              <w:jc w:val="right"/>
            </w:pPr>
            <w:r>
              <w:t>19 Feb 1993</w:t>
            </w:r>
          </w:p>
        </w:tc>
        <w:tc>
          <w:tcPr>
            <w:tcW w:w="1296" w:type="dxa"/>
            <w:shd w:val="clear" w:color="auto" w:fill="EEF3FC"/>
          </w:tcPr>
          <w:p w14:paraId="5E0E0E1E" w14:textId="77777777" w:rsidR="00E141BF" w:rsidRDefault="00000000">
            <w:r>
              <w:t>Surabaya</w:t>
            </w:r>
          </w:p>
        </w:tc>
        <w:tc>
          <w:tcPr>
            <w:tcW w:w="1728" w:type="dxa"/>
            <w:shd w:val="clear" w:color="auto" w:fill="EEF3FC"/>
          </w:tcPr>
          <w:p w14:paraId="5C40836B" w14:textId="77777777" w:rsidR="00E141BF" w:rsidRDefault="00000000">
            <w:pPr>
              <w:jc w:val="right"/>
            </w:pPr>
            <w:r>
              <w:t>0812-8800-1110</w:t>
            </w:r>
          </w:p>
        </w:tc>
        <w:tc>
          <w:tcPr>
            <w:tcW w:w="3600" w:type="dxa"/>
            <w:shd w:val="clear" w:color="auto" w:fill="EEF3FC"/>
          </w:tcPr>
          <w:p w14:paraId="31FE76A4" w14:textId="77777777" w:rsidR="00E141BF" w:rsidRDefault="00000000">
            <w:r>
              <w:t>kevin.susanto@nusantaradigital.co.id</w:t>
            </w:r>
          </w:p>
        </w:tc>
        <w:tc>
          <w:tcPr>
            <w:tcW w:w="1584" w:type="dxa"/>
            <w:shd w:val="clear" w:color="auto" w:fill="EEF3FC"/>
          </w:tcPr>
          <w:p w14:paraId="0A1A3218" w14:textId="77777777" w:rsidR="00E141BF" w:rsidRDefault="00000000">
            <w:pPr>
              <w:jc w:val="right"/>
            </w:pPr>
            <w:r>
              <w:t>27 Sep 2021</w:t>
            </w:r>
          </w:p>
        </w:tc>
      </w:tr>
    </w:tbl>
    <w:p w14:paraId="7104F3D7" w14:textId="77777777" w:rsidR="00CC141F" w:rsidRDefault="00CC141F"/>
    <w:sectPr w:rsidR="00CC141F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8044812">
    <w:abstractNumId w:val="8"/>
  </w:num>
  <w:num w:numId="2" w16cid:durableId="936058212">
    <w:abstractNumId w:val="6"/>
  </w:num>
  <w:num w:numId="3" w16cid:durableId="845367621">
    <w:abstractNumId w:val="5"/>
  </w:num>
  <w:num w:numId="4" w16cid:durableId="1650867739">
    <w:abstractNumId w:val="4"/>
  </w:num>
  <w:num w:numId="5" w16cid:durableId="1731148931">
    <w:abstractNumId w:val="7"/>
  </w:num>
  <w:num w:numId="6" w16cid:durableId="385102962">
    <w:abstractNumId w:val="3"/>
  </w:num>
  <w:num w:numId="7" w16cid:durableId="1582258038">
    <w:abstractNumId w:val="2"/>
  </w:num>
  <w:num w:numId="8" w16cid:durableId="845629302">
    <w:abstractNumId w:val="1"/>
  </w:num>
  <w:num w:numId="9" w16cid:durableId="1247303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AF6C9D"/>
    <w:rsid w:val="00B47730"/>
    <w:rsid w:val="00C718A9"/>
    <w:rsid w:val="00CB0664"/>
    <w:rsid w:val="00CC141F"/>
    <w:rsid w:val="00E141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697545"/>
  <w14:defaultImageDpi w14:val="300"/>
  <w15:docId w15:val="{341FAFCB-5210-491C-8ED4-7129C400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Muhammad Sidqi</cp:lastModifiedBy>
  <cp:revision>2</cp:revision>
  <dcterms:created xsi:type="dcterms:W3CDTF">2026-07-23T04:53:00Z</dcterms:created>
  <dcterms:modified xsi:type="dcterms:W3CDTF">2026-07-23T04:53:00Z</dcterms:modified>
  <cp:category/>
</cp:coreProperties>
</file>