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CA1A9" w14:textId="346E42A7" w:rsidR="00973859" w:rsidRDefault="00000000">
      <w:pPr>
        <w:jc w:val="center"/>
      </w:pPr>
      <w:r>
        <w:rPr>
          <w:b/>
          <w:color w:val="2B2B2B"/>
          <w:sz w:val="72"/>
        </w:rPr>
        <w:t>T</w:t>
      </w:r>
      <w:r w:rsidR="00C40B5D">
        <w:rPr>
          <w:b/>
          <w:color w:val="2B2B2B"/>
          <w:sz w:val="72"/>
        </w:rPr>
        <w:t>o</w:t>
      </w:r>
      <w:r>
        <w:rPr>
          <w:b/>
          <w:color w:val="2B2B2B"/>
          <w:sz w:val="72"/>
        </w:rPr>
        <w:t>tal</w:t>
      </w:r>
    </w:p>
    <w:p w14:paraId="49E2A177" w14:textId="77777777" w:rsidR="00973859" w:rsidRDefault="00000000">
      <w:pPr>
        <w:spacing w:after="0"/>
        <w:jc w:val="center"/>
      </w:pPr>
      <w:r>
        <w:rPr>
          <w:b/>
          <w:sz w:val="32"/>
        </w:rPr>
        <w:t>PT Total Jaya Abadi</w:t>
      </w:r>
    </w:p>
    <w:p w14:paraId="1659409A" w14:textId="77777777" w:rsidR="00973859" w:rsidRDefault="00000000">
      <w:pPr>
        <w:spacing w:after="480"/>
        <w:jc w:val="center"/>
      </w:pPr>
      <w:r>
        <w:rPr>
          <w:sz w:val="20"/>
        </w:rPr>
        <w:t>Jalan Balikpapan Raya No. 9 A - C, Daerah Khusus Ibukota Jakarta 10160</w:t>
      </w:r>
      <w:r>
        <w:rPr>
          <w:sz w:val="20"/>
        </w:rPr>
        <w:br/>
        <w:t>Telp. 021-5099 6750 Email: hello@total.co.id</w:t>
      </w:r>
    </w:p>
    <w:p w14:paraId="79101CC6" w14:textId="77777777" w:rsidR="00973859" w:rsidRDefault="00000000">
      <w:pPr>
        <w:spacing w:after="240"/>
        <w:jc w:val="center"/>
      </w:pPr>
      <w:r>
        <w:rPr>
          <w:b/>
          <w:sz w:val="28"/>
        </w:rPr>
        <w:t>Data Karyawan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6"/>
        <w:gridCol w:w="2160"/>
        <w:gridCol w:w="1152"/>
        <w:gridCol w:w="1728"/>
        <w:gridCol w:w="1152"/>
        <w:gridCol w:w="1728"/>
        <w:gridCol w:w="1152"/>
        <w:gridCol w:w="2160"/>
        <w:gridCol w:w="1152"/>
      </w:tblGrid>
      <w:tr w:rsidR="00973859" w14:paraId="65995AF9" w14:textId="77777777" w:rsidTr="00C40B5D">
        <w:tc>
          <w:tcPr>
            <w:tcW w:w="576" w:type="dxa"/>
            <w:shd w:val="clear" w:color="auto" w:fill="F4CCCC"/>
          </w:tcPr>
          <w:p w14:paraId="7A2CC70C" w14:textId="77777777" w:rsidR="00973859" w:rsidRDefault="00000000">
            <w:pPr>
              <w:jc w:val="center"/>
            </w:pPr>
            <w:r>
              <w:rPr>
                <w:b/>
              </w:rPr>
              <w:t>No</w:t>
            </w:r>
          </w:p>
        </w:tc>
        <w:tc>
          <w:tcPr>
            <w:tcW w:w="2160" w:type="dxa"/>
            <w:shd w:val="clear" w:color="auto" w:fill="F4CCCC"/>
          </w:tcPr>
          <w:p w14:paraId="22DCFF96" w14:textId="77777777" w:rsidR="00973859" w:rsidRDefault="00000000">
            <w:pPr>
              <w:jc w:val="center"/>
            </w:pPr>
            <w:r>
              <w:rPr>
                <w:b/>
              </w:rPr>
              <w:t>Nama</w:t>
            </w:r>
          </w:p>
        </w:tc>
        <w:tc>
          <w:tcPr>
            <w:tcW w:w="1152" w:type="dxa"/>
            <w:shd w:val="clear" w:color="auto" w:fill="F4CCCC"/>
          </w:tcPr>
          <w:p w14:paraId="1345EA72" w14:textId="77777777" w:rsidR="00973859" w:rsidRDefault="00000000">
            <w:pPr>
              <w:jc w:val="center"/>
            </w:pPr>
            <w:r>
              <w:rPr>
                <w:b/>
              </w:rPr>
              <w:t>NIK</w:t>
            </w:r>
          </w:p>
        </w:tc>
        <w:tc>
          <w:tcPr>
            <w:tcW w:w="1728" w:type="dxa"/>
            <w:shd w:val="clear" w:color="auto" w:fill="F4CCCC"/>
          </w:tcPr>
          <w:p w14:paraId="7C3FDFCB" w14:textId="77777777" w:rsidR="00973859" w:rsidRDefault="00000000">
            <w:pPr>
              <w:jc w:val="center"/>
            </w:pPr>
            <w:r>
              <w:rPr>
                <w:b/>
              </w:rPr>
              <w:t>Jenis Kelamin</w:t>
            </w:r>
          </w:p>
        </w:tc>
        <w:tc>
          <w:tcPr>
            <w:tcW w:w="1152" w:type="dxa"/>
            <w:shd w:val="clear" w:color="auto" w:fill="F4CCCC"/>
          </w:tcPr>
          <w:p w14:paraId="39795A6B" w14:textId="77777777" w:rsidR="00973859" w:rsidRDefault="00000000">
            <w:pPr>
              <w:jc w:val="center"/>
            </w:pPr>
            <w:r>
              <w:rPr>
                <w:b/>
              </w:rPr>
              <w:t>Alamat</w:t>
            </w:r>
          </w:p>
        </w:tc>
        <w:tc>
          <w:tcPr>
            <w:tcW w:w="1728" w:type="dxa"/>
            <w:shd w:val="clear" w:color="auto" w:fill="F4CCCC"/>
          </w:tcPr>
          <w:p w14:paraId="7F8E9575" w14:textId="77777777" w:rsidR="00973859" w:rsidRDefault="00000000">
            <w:pPr>
              <w:jc w:val="center"/>
            </w:pPr>
            <w:r>
              <w:rPr>
                <w:b/>
              </w:rPr>
              <w:t>Divisi</w:t>
            </w:r>
          </w:p>
        </w:tc>
        <w:tc>
          <w:tcPr>
            <w:tcW w:w="1152" w:type="dxa"/>
            <w:shd w:val="clear" w:color="auto" w:fill="F4CCCC"/>
          </w:tcPr>
          <w:p w14:paraId="1C089A80" w14:textId="77777777" w:rsidR="00973859" w:rsidRDefault="00000000">
            <w:pPr>
              <w:jc w:val="center"/>
            </w:pPr>
            <w:r>
              <w:rPr>
                <w:b/>
              </w:rPr>
              <w:t>Level</w:t>
            </w:r>
          </w:p>
        </w:tc>
        <w:tc>
          <w:tcPr>
            <w:tcW w:w="2160" w:type="dxa"/>
            <w:shd w:val="clear" w:color="auto" w:fill="F4CCCC"/>
          </w:tcPr>
          <w:p w14:paraId="111BD0AF" w14:textId="77777777" w:rsidR="00973859" w:rsidRDefault="00000000">
            <w:pPr>
              <w:jc w:val="center"/>
            </w:pPr>
            <w:r>
              <w:rPr>
                <w:b/>
              </w:rPr>
              <w:t>Jabatan</w:t>
            </w:r>
          </w:p>
        </w:tc>
        <w:tc>
          <w:tcPr>
            <w:tcW w:w="1152" w:type="dxa"/>
            <w:shd w:val="clear" w:color="auto" w:fill="F4CCCC"/>
          </w:tcPr>
          <w:p w14:paraId="7321752E" w14:textId="77777777" w:rsidR="00973859" w:rsidRDefault="00000000">
            <w:pPr>
              <w:jc w:val="center"/>
            </w:pPr>
            <w:r>
              <w:rPr>
                <w:b/>
              </w:rPr>
              <w:t>Gaji</w:t>
            </w:r>
          </w:p>
        </w:tc>
      </w:tr>
      <w:tr w:rsidR="00973859" w14:paraId="35CE3F78" w14:textId="77777777" w:rsidTr="00C40B5D">
        <w:tc>
          <w:tcPr>
            <w:tcW w:w="576" w:type="dxa"/>
          </w:tcPr>
          <w:p w14:paraId="4743E6A3" w14:textId="77777777" w:rsidR="00973859" w:rsidRDefault="00000000">
            <w:pPr>
              <w:jc w:val="center"/>
            </w:pPr>
            <w:r>
              <w:t>1</w:t>
            </w:r>
          </w:p>
        </w:tc>
        <w:tc>
          <w:tcPr>
            <w:tcW w:w="2160" w:type="dxa"/>
          </w:tcPr>
          <w:p w14:paraId="12F3CF70" w14:textId="77777777" w:rsidR="00973859" w:rsidRDefault="00000000">
            <w:pPr>
              <w:jc w:val="center"/>
            </w:pPr>
            <w:r>
              <w:t>Ramadhan</w:t>
            </w:r>
          </w:p>
        </w:tc>
        <w:tc>
          <w:tcPr>
            <w:tcW w:w="1152" w:type="dxa"/>
          </w:tcPr>
          <w:p w14:paraId="2E69B575" w14:textId="77777777" w:rsidR="00973859" w:rsidRDefault="00000000">
            <w:pPr>
              <w:jc w:val="center"/>
            </w:pPr>
            <w:r>
              <w:t>MS-001</w:t>
            </w:r>
          </w:p>
        </w:tc>
        <w:tc>
          <w:tcPr>
            <w:tcW w:w="1728" w:type="dxa"/>
          </w:tcPr>
          <w:p w14:paraId="28632511" w14:textId="77777777" w:rsidR="00973859" w:rsidRDefault="00000000">
            <w:pPr>
              <w:jc w:val="center"/>
            </w:pPr>
            <w:r>
              <w:t>Laki-Laki</w:t>
            </w:r>
          </w:p>
        </w:tc>
        <w:tc>
          <w:tcPr>
            <w:tcW w:w="1152" w:type="dxa"/>
          </w:tcPr>
          <w:p w14:paraId="7E91D5AA" w14:textId="77777777" w:rsidR="00973859" w:rsidRDefault="00000000">
            <w:pPr>
              <w:jc w:val="center"/>
            </w:pPr>
            <w:r>
              <w:t>XXX</w:t>
            </w:r>
          </w:p>
        </w:tc>
        <w:tc>
          <w:tcPr>
            <w:tcW w:w="1728" w:type="dxa"/>
          </w:tcPr>
          <w:p w14:paraId="3BBEC874" w14:textId="77777777" w:rsidR="00973859" w:rsidRDefault="00000000">
            <w:pPr>
              <w:jc w:val="center"/>
            </w:pPr>
            <w:r>
              <w:t>Operasional</w:t>
            </w:r>
          </w:p>
        </w:tc>
        <w:tc>
          <w:tcPr>
            <w:tcW w:w="1152" w:type="dxa"/>
          </w:tcPr>
          <w:p w14:paraId="211CE0FC" w14:textId="77777777" w:rsidR="00973859" w:rsidRDefault="00000000">
            <w:pPr>
              <w:jc w:val="center"/>
            </w:pPr>
            <w:r>
              <w:t>Manager</w:t>
            </w:r>
          </w:p>
        </w:tc>
        <w:tc>
          <w:tcPr>
            <w:tcW w:w="2160" w:type="dxa"/>
          </w:tcPr>
          <w:p w14:paraId="6BEFEB07" w14:textId="77777777" w:rsidR="00973859" w:rsidRDefault="00000000">
            <w:pPr>
              <w:jc w:val="center"/>
            </w:pPr>
            <w:r>
              <w:t>Operation Manager</w:t>
            </w:r>
          </w:p>
        </w:tc>
        <w:tc>
          <w:tcPr>
            <w:tcW w:w="1152" w:type="dxa"/>
          </w:tcPr>
          <w:p w14:paraId="6E185052" w14:textId="77777777" w:rsidR="00973859" w:rsidRDefault="00000000">
            <w:pPr>
              <w:jc w:val="center"/>
            </w:pPr>
            <w:r>
              <w:t>Rpxxxx</w:t>
            </w:r>
          </w:p>
        </w:tc>
      </w:tr>
      <w:tr w:rsidR="00973859" w14:paraId="43FDDDD6" w14:textId="77777777" w:rsidTr="00C40B5D">
        <w:tc>
          <w:tcPr>
            <w:tcW w:w="576" w:type="dxa"/>
          </w:tcPr>
          <w:p w14:paraId="4465A4CD" w14:textId="77777777" w:rsidR="00973859" w:rsidRDefault="00000000">
            <w:pPr>
              <w:jc w:val="center"/>
            </w:pPr>
            <w:r>
              <w:t>2</w:t>
            </w:r>
          </w:p>
        </w:tc>
        <w:tc>
          <w:tcPr>
            <w:tcW w:w="2160" w:type="dxa"/>
          </w:tcPr>
          <w:p w14:paraId="0A702DE2" w14:textId="77777777" w:rsidR="00973859" w:rsidRDefault="00000000">
            <w:pPr>
              <w:jc w:val="center"/>
            </w:pPr>
            <w:r>
              <w:t>Ilham Yanuar</w:t>
            </w:r>
          </w:p>
        </w:tc>
        <w:tc>
          <w:tcPr>
            <w:tcW w:w="1152" w:type="dxa"/>
          </w:tcPr>
          <w:p w14:paraId="0C9CEFAD" w14:textId="77777777" w:rsidR="00973859" w:rsidRDefault="00000000">
            <w:pPr>
              <w:jc w:val="center"/>
            </w:pPr>
            <w:r>
              <w:t>MS-002</w:t>
            </w:r>
          </w:p>
        </w:tc>
        <w:tc>
          <w:tcPr>
            <w:tcW w:w="1728" w:type="dxa"/>
          </w:tcPr>
          <w:p w14:paraId="7BA378A4" w14:textId="77777777" w:rsidR="00973859" w:rsidRDefault="00000000">
            <w:pPr>
              <w:jc w:val="center"/>
            </w:pPr>
            <w:r>
              <w:t>Laki-Laki</w:t>
            </w:r>
          </w:p>
        </w:tc>
        <w:tc>
          <w:tcPr>
            <w:tcW w:w="1152" w:type="dxa"/>
          </w:tcPr>
          <w:p w14:paraId="49581FA4" w14:textId="77777777" w:rsidR="00973859" w:rsidRDefault="00000000">
            <w:pPr>
              <w:jc w:val="center"/>
            </w:pPr>
            <w:r>
              <w:t>XXX</w:t>
            </w:r>
          </w:p>
        </w:tc>
        <w:tc>
          <w:tcPr>
            <w:tcW w:w="1728" w:type="dxa"/>
          </w:tcPr>
          <w:p w14:paraId="54C2BE5A" w14:textId="77777777" w:rsidR="00973859" w:rsidRDefault="00000000">
            <w:pPr>
              <w:jc w:val="center"/>
            </w:pPr>
            <w:r>
              <w:t>Marketing</w:t>
            </w:r>
          </w:p>
        </w:tc>
        <w:tc>
          <w:tcPr>
            <w:tcW w:w="1152" w:type="dxa"/>
          </w:tcPr>
          <w:p w14:paraId="4E0D727D" w14:textId="77777777" w:rsidR="00973859" w:rsidRDefault="00000000">
            <w:pPr>
              <w:jc w:val="center"/>
            </w:pPr>
            <w:r>
              <w:t>Manager</w:t>
            </w:r>
          </w:p>
        </w:tc>
        <w:tc>
          <w:tcPr>
            <w:tcW w:w="2160" w:type="dxa"/>
          </w:tcPr>
          <w:p w14:paraId="74EDFF8C" w14:textId="77777777" w:rsidR="00973859" w:rsidRDefault="00000000">
            <w:pPr>
              <w:jc w:val="center"/>
            </w:pPr>
            <w:r>
              <w:t>Digital Marketing</w:t>
            </w:r>
          </w:p>
        </w:tc>
        <w:tc>
          <w:tcPr>
            <w:tcW w:w="1152" w:type="dxa"/>
          </w:tcPr>
          <w:p w14:paraId="69718B67" w14:textId="77777777" w:rsidR="00973859" w:rsidRDefault="00000000">
            <w:pPr>
              <w:jc w:val="center"/>
            </w:pPr>
            <w:r>
              <w:t>Rpxxxx</w:t>
            </w:r>
          </w:p>
        </w:tc>
      </w:tr>
      <w:tr w:rsidR="00973859" w14:paraId="256D8302" w14:textId="77777777" w:rsidTr="00C40B5D">
        <w:tc>
          <w:tcPr>
            <w:tcW w:w="576" w:type="dxa"/>
          </w:tcPr>
          <w:p w14:paraId="7D343866" w14:textId="77777777" w:rsidR="00973859" w:rsidRDefault="00000000">
            <w:pPr>
              <w:jc w:val="center"/>
            </w:pPr>
            <w:r>
              <w:t>3</w:t>
            </w:r>
          </w:p>
        </w:tc>
        <w:tc>
          <w:tcPr>
            <w:tcW w:w="2160" w:type="dxa"/>
          </w:tcPr>
          <w:p w14:paraId="5764A334" w14:textId="77777777" w:rsidR="00973859" w:rsidRDefault="00000000">
            <w:pPr>
              <w:jc w:val="center"/>
            </w:pPr>
            <w:r>
              <w:t>Johanna</w:t>
            </w:r>
          </w:p>
        </w:tc>
        <w:tc>
          <w:tcPr>
            <w:tcW w:w="1152" w:type="dxa"/>
          </w:tcPr>
          <w:p w14:paraId="4AD5EF5C" w14:textId="77777777" w:rsidR="00973859" w:rsidRDefault="00000000">
            <w:pPr>
              <w:jc w:val="center"/>
            </w:pPr>
            <w:r>
              <w:t>MS-003</w:t>
            </w:r>
          </w:p>
        </w:tc>
        <w:tc>
          <w:tcPr>
            <w:tcW w:w="1728" w:type="dxa"/>
          </w:tcPr>
          <w:p w14:paraId="0C4C84BA" w14:textId="77777777" w:rsidR="00973859" w:rsidRDefault="00000000">
            <w:pPr>
              <w:jc w:val="center"/>
            </w:pPr>
            <w:r>
              <w:t>Perempuan</w:t>
            </w:r>
          </w:p>
        </w:tc>
        <w:tc>
          <w:tcPr>
            <w:tcW w:w="1152" w:type="dxa"/>
          </w:tcPr>
          <w:p w14:paraId="6E8C810D" w14:textId="77777777" w:rsidR="00973859" w:rsidRDefault="00000000">
            <w:pPr>
              <w:jc w:val="center"/>
            </w:pPr>
            <w:r>
              <w:t>XXX</w:t>
            </w:r>
          </w:p>
        </w:tc>
        <w:tc>
          <w:tcPr>
            <w:tcW w:w="1728" w:type="dxa"/>
          </w:tcPr>
          <w:p w14:paraId="1F3FB361" w14:textId="77777777" w:rsidR="00973859" w:rsidRDefault="00000000">
            <w:pPr>
              <w:jc w:val="center"/>
            </w:pPr>
            <w:r>
              <w:t>HRD</w:t>
            </w:r>
          </w:p>
        </w:tc>
        <w:tc>
          <w:tcPr>
            <w:tcW w:w="1152" w:type="dxa"/>
          </w:tcPr>
          <w:p w14:paraId="69D15A31" w14:textId="77777777" w:rsidR="00973859" w:rsidRDefault="00000000">
            <w:pPr>
              <w:jc w:val="center"/>
            </w:pPr>
            <w:r>
              <w:t>Staff</w:t>
            </w:r>
          </w:p>
        </w:tc>
        <w:tc>
          <w:tcPr>
            <w:tcW w:w="2160" w:type="dxa"/>
          </w:tcPr>
          <w:p w14:paraId="1F7DEE5B" w14:textId="77777777" w:rsidR="00973859" w:rsidRDefault="00000000">
            <w:pPr>
              <w:jc w:val="center"/>
            </w:pPr>
            <w:r>
              <w:t>HR Manager</w:t>
            </w:r>
          </w:p>
        </w:tc>
        <w:tc>
          <w:tcPr>
            <w:tcW w:w="1152" w:type="dxa"/>
          </w:tcPr>
          <w:p w14:paraId="3D2DE9C2" w14:textId="77777777" w:rsidR="00973859" w:rsidRDefault="00000000">
            <w:pPr>
              <w:jc w:val="center"/>
            </w:pPr>
            <w:r>
              <w:t>Rpxxxx</w:t>
            </w:r>
          </w:p>
        </w:tc>
      </w:tr>
      <w:tr w:rsidR="00973859" w14:paraId="3D6BB9BC" w14:textId="77777777" w:rsidTr="00C40B5D">
        <w:tc>
          <w:tcPr>
            <w:tcW w:w="576" w:type="dxa"/>
          </w:tcPr>
          <w:p w14:paraId="75479ACC" w14:textId="77777777" w:rsidR="00973859" w:rsidRDefault="00000000">
            <w:pPr>
              <w:jc w:val="center"/>
            </w:pPr>
            <w:r>
              <w:t>4</w:t>
            </w:r>
          </w:p>
        </w:tc>
        <w:tc>
          <w:tcPr>
            <w:tcW w:w="2160" w:type="dxa"/>
          </w:tcPr>
          <w:p w14:paraId="570A715B" w14:textId="77777777" w:rsidR="00973859" w:rsidRDefault="00000000">
            <w:pPr>
              <w:jc w:val="center"/>
            </w:pPr>
            <w:r>
              <w:t>Catarine</w:t>
            </w:r>
          </w:p>
        </w:tc>
        <w:tc>
          <w:tcPr>
            <w:tcW w:w="1152" w:type="dxa"/>
          </w:tcPr>
          <w:p w14:paraId="46AB839B" w14:textId="77777777" w:rsidR="00973859" w:rsidRDefault="00000000">
            <w:pPr>
              <w:jc w:val="center"/>
            </w:pPr>
            <w:r>
              <w:t>MS-004</w:t>
            </w:r>
          </w:p>
        </w:tc>
        <w:tc>
          <w:tcPr>
            <w:tcW w:w="1728" w:type="dxa"/>
          </w:tcPr>
          <w:p w14:paraId="3CE49917" w14:textId="77777777" w:rsidR="00973859" w:rsidRDefault="00000000">
            <w:pPr>
              <w:jc w:val="center"/>
            </w:pPr>
            <w:r>
              <w:t>Perempuan</w:t>
            </w:r>
          </w:p>
        </w:tc>
        <w:tc>
          <w:tcPr>
            <w:tcW w:w="1152" w:type="dxa"/>
          </w:tcPr>
          <w:p w14:paraId="28D1E1A5" w14:textId="77777777" w:rsidR="00973859" w:rsidRDefault="00000000">
            <w:pPr>
              <w:jc w:val="center"/>
            </w:pPr>
            <w:r>
              <w:t>XXX</w:t>
            </w:r>
          </w:p>
        </w:tc>
        <w:tc>
          <w:tcPr>
            <w:tcW w:w="1728" w:type="dxa"/>
          </w:tcPr>
          <w:p w14:paraId="16CA4C10" w14:textId="77777777" w:rsidR="00973859" w:rsidRDefault="00000000">
            <w:pPr>
              <w:jc w:val="center"/>
            </w:pPr>
            <w:r>
              <w:t>Finance</w:t>
            </w:r>
          </w:p>
        </w:tc>
        <w:tc>
          <w:tcPr>
            <w:tcW w:w="1152" w:type="dxa"/>
          </w:tcPr>
          <w:p w14:paraId="69D4C279" w14:textId="77777777" w:rsidR="00973859" w:rsidRDefault="00000000">
            <w:pPr>
              <w:jc w:val="center"/>
            </w:pPr>
            <w:r>
              <w:t>Staff</w:t>
            </w:r>
          </w:p>
        </w:tc>
        <w:tc>
          <w:tcPr>
            <w:tcW w:w="2160" w:type="dxa"/>
          </w:tcPr>
          <w:p w14:paraId="223592CC" w14:textId="77777777" w:rsidR="00973859" w:rsidRDefault="00000000">
            <w:pPr>
              <w:jc w:val="center"/>
            </w:pPr>
            <w:r>
              <w:t>Finance</w:t>
            </w:r>
          </w:p>
        </w:tc>
        <w:tc>
          <w:tcPr>
            <w:tcW w:w="1152" w:type="dxa"/>
          </w:tcPr>
          <w:p w14:paraId="7C4D52BB" w14:textId="77777777" w:rsidR="00973859" w:rsidRDefault="00000000">
            <w:pPr>
              <w:jc w:val="center"/>
            </w:pPr>
            <w:r>
              <w:t>Rpxxxx</w:t>
            </w:r>
          </w:p>
        </w:tc>
      </w:tr>
      <w:tr w:rsidR="00973859" w14:paraId="353BED5B" w14:textId="77777777" w:rsidTr="00C40B5D">
        <w:tc>
          <w:tcPr>
            <w:tcW w:w="576" w:type="dxa"/>
          </w:tcPr>
          <w:p w14:paraId="68C1270E" w14:textId="77777777" w:rsidR="00973859" w:rsidRDefault="00000000">
            <w:pPr>
              <w:jc w:val="center"/>
            </w:pPr>
            <w:r>
              <w:t>5</w:t>
            </w:r>
          </w:p>
        </w:tc>
        <w:tc>
          <w:tcPr>
            <w:tcW w:w="2160" w:type="dxa"/>
          </w:tcPr>
          <w:p w14:paraId="5504220C" w14:textId="77777777" w:rsidR="00973859" w:rsidRDefault="00000000">
            <w:pPr>
              <w:jc w:val="center"/>
            </w:pPr>
            <w:r>
              <w:t>Arumi</w:t>
            </w:r>
          </w:p>
        </w:tc>
        <w:tc>
          <w:tcPr>
            <w:tcW w:w="1152" w:type="dxa"/>
          </w:tcPr>
          <w:p w14:paraId="1A9AF7A9" w14:textId="77777777" w:rsidR="00973859" w:rsidRDefault="00000000">
            <w:pPr>
              <w:jc w:val="center"/>
            </w:pPr>
            <w:r>
              <w:t>MS-005</w:t>
            </w:r>
          </w:p>
        </w:tc>
        <w:tc>
          <w:tcPr>
            <w:tcW w:w="1728" w:type="dxa"/>
          </w:tcPr>
          <w:p w14:paraId="461BC4F1" w14:textId="77777777" w:rsidR="00973859" w:rsidRDefault="00000000">
            <w:pPr>
              <w:jc w:val="center"/>
            </w:pPr>
            <w:r>
              <w:t>Perempuan</w:t>
            </w:r>
          </w:p>
        </w:tc>
        <w:tc>
          <w:tcPr>
            <w:tcW w:w="1152" w:type="dxa"/>
          </w:tcPr>
          <w:p w14:paraId="325F3462" w14:textId="77777777" w:rsidR="00973859" w:rsidRDefault="00000000">
            <w:pPr>
              <w:jc w:val="center"/>
            </w:pPr>
            <w:r>
              <w:t>XXX</w:t>
            </w:r>
          </w:p>
        </w:tc>
        <w:tc>
          <w:tcPr>
            <w:tcW w:w="1728" w:type="dxa"/>
          </w:tcPr>
          <w:p w14:paraId="09695D7C" w14:textId="77777777" w:rsidR="00973859" w:rsidRDefault="00000000">
            <w:pPr>
              <w:jc w:val="center"/>
            </w:pPr>
            <w:r>
              <w:t>IT</w:t>
            </w:r>
          </w:p>
        </w:tc>
        <w:tc>
          <w:tcPr>
            <w:tcW w:w="1152" w:type="dxa"/>
          </w:tcPr>
          <w:p w14:paraId="2A341545" w14:textId="77777777" w:rsidR="00973859" w:rsidRDefault="00000000">
            <w:pPr>
              <w:jc w:val="center"/>
            </w:pPr>
            <w:r>
              <w:t>Manager</w:t>
            </w:r>
          </w:p>
        </w:tc>
        <w:tc>
          <w:tcPr>
            <w:tcW w:w="2160" w:type="dxa"/>
          </w:tcPr>
          <w:p w14:paraId="2B20CCE3" w14:textId="77777777" w:rsidR="00973859" w:rsidRDefault="00000000">
            <w:pPr>
              <w:jc w:val="center"/>
            </w:pPr>
            <w:r>
              <w:t>Developer</w:t>
            </w:r>
          </w:p>
        </w:tc>
        <w:tc>
          <w:tcPr>
            <w:tcW w:w="1152" w:type="dxa"/>
          </w:tcPr>
          <w:p w14:paraId="2460EB9F" w14:textId="77777777" w:rsidR="00973859" w:rsidRDefault="00000000">
            <w:pPr>
              <w:jc w:val="center"/>
            </w:pPr>
            <w:r>
              <w:t>Rpxxxx</w:t>
            </w:r>
          </w:p>
        </w:tc>
      </w:tr>
    </w:tbl>
    <w:p w14:paraId="570D978C" w14:textId="77777777" w:rsidR="007231A4" w:rsidRDefault="007231A4"/>
    <w:sectPr w:rsidR="007231A4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5394314">
    <w:abstractNumId w:val="8"/>
  </w:num>
  <w:num w:numId="2" w16cid:durableId="18511900">
    <w:abstractNumId w:val="6"/>
  </w:num>
  <w:num w:numId="3" w16cid:durableId="1076198075">
    <w:abstractNumId w:val="5"/>
  </w:num>
  <w:num w:numId="4" w16cid:durableId="133104017">
    <w:abstractNumId w:val="4"/>
  </w:num>
  <w:num w:numId="5" w16cid:durableId="1227954731">
    <w:abstractNumId w:val="7"/>
  </w:num>
  <w:num w:numId="6" w16cid:durableId="494149485">
    <w:abstractNumId w:val="3"/>
  </w:num>
  <w:num w:numId="7" w16cid:durableId="1773435846">
    <w:abstractNumId w:val="2"/>
  </w:num>
  <w:num w:numId="8" w16cid:durableId="574978766">
    <w:abstractNumId w:val="1"/>
  </w:num>
  <w:num w:numId="9" w16cid:durableId="1606577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231A4"/>
    <w:rsid w:val="00973859"/>
    <w:rsid w:val="00AA1D8D"/>
    <w:rsid w:val="00AF6C9D"/>
    <w:rsid w:val="00B47730"/>
    <w:rsid w:val="00C40B5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4DBB96"/>
  <w14:defaultImageDpi w14:val="300"/>
  <w15:docId w15:val="{341FAFCB-5210-491C-8ED4-7129C400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Muhammad Sidqi</cp:lastModifiedBy>
  <cp:revision>2</cp:revision>
  <dcterms:created xsi:type="dcterms:W3CDTF">2026-07-23T04:46:00Z</dcterms:created>
  <dcterms:modified xsi:type="dcterms:W3CDTF">2026-07-23T04:46:00Z</dcterms:modified>
  <cp:category/>
</cp:coreProperties>
</file>